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Job Search &amp; Work After Record</w:t>
      </w:r>
    </w:p>
    <w:p/>
    <w:p>
      <w:pPr>
        <w:pStyle w:val="Heading2"/>
      </w:pPr>
      <w:r>
        <w:t>Workbook Content</w:t>
      </w:r>
    </w:p>
    <w:p>
      <w:r>
        <w:t>**Introduction**</w:t>
      </w:r>
    </w:p>
    <w:p>
      <w:pPr>
        <w:pStyle w:val="ListBullet"/>
      </w:pPr>
      <w:r>
        <w:t>Why employment matters (survival + identity)</w:t>
      </w:r>
    </w:p>
    <w:p>
      <w:pPr>
        <w:pStyle w:val="ListBullet"/>
      </w:pPr>
      <w:r>
        <w:t>Barriers you'll face (realistic)</w:t>
      </w:r>
    </w:p>
    <w:p>
      <w:pPr>
        <w:pStyle w:val="ListBullet"/>
      </w:pPr>
      <w:r>
        <w:t>What this workbook covers</w:t>
      </w:r>
    </w:p>
    <w:p>
      <w:r>
        <w:t>**Section 1: Self-Assessment**</w:t>
      </w:r>
    </w:p>
    <w:p>
      <w:r>
        <w:t>**Worksheet: Your Work History**</w:t>
      </w:r>
    </w:p>
    <w:p>
      <w:pPr>
        <w:pStyle w:val="ListBullet"/>
      </w:pPr>
      <w:r>
        <w:t>Jobs you've had (when, what, why you left)</w:t>
      </w:r>
    </w:p>
    <w:p>
      <w:pPr>
        <w:pStyle w:val="ListBullet"/>
      </w:pPr>
      <w:r>
        <w:t>Skills from each job</w:t>
      </w:r>
    </w:p>
    <w:p>
      <w:pPr>
        <w:pStyle w:val="ListBullet"/>
      </w:pPr>
      <w:r>
        <w:t>Certifications/licenses/education</w:t>
      </w:r>
    </w:p>
    <w:p>
      <w:pPr>
        <w:pStyle w:val="ListBullet"/>
      </w:pPr>
      <w:r>
        <w:t>Skills from incarceration (apprenticeships, programs)</w:t>
      </w:r>
    </w:p>
    <w:p>
      <w:pPr>
        <w:pStyle w:val="ListBullet"/>
      </w:pPr>
      <w:r>
        <w:t>Skills from life (parenting, volunteer, survival)</w:t>
      </w:r>
    </w:p>
    <w:p>
      <w:r>
        <w:t>**Worksheet: Your Record &amp; Employment**</w:t>
      </w:r>
    </w:p>
    <w:p>
      <w:pPr>
        <w:pStyle w:val="ListBullet"/>
      </w:pPr>
      <w:r>
        <w:t>Conviction details (felony/misdemeanor)</w:t>
      </w:r>
    </w:p>
    <w:p>
      <w:pPr>
        <w:pStyle w:val="ListBullet"/>
      </w:pPr>
      <w:r>
        <w:t>Ban the box timeline (when you can apply)</w:t>
      </w:r>
    </w:p>
    <w:p>
      <w:pPr>
        <w:pStyle w:val="ListBullet"/>
      </w:pPr>
      <w:r>
        <w:t>Industries that typically hire with records</w:t>
      </w:r>
    </w:p>
    <w:p>
      <w:pPr>
        <w:pStyle w:val="ListBullet"/>
      </w:pPr>
      <w:r>
        <w:t>Industries that won't hire you (be realistic)</w:t>
      </w:r>
    </w:p>
    <w:p>
      <w:pPr>
        <w:pStyle w:val="ListBullet"/>
      </w:pPr>
      <w:r>
        <w:t>Your honest assessment: What's negotiable?</w:t>
      </w:r>
    </w:p>
    <w:p>
      <w:r>
        <w:t>**Section 2: Ban the Box Laws**</w:t>
      </w:r>
    </w:p>
    <w:p>
      <w:r>
        <w:t>**What Ban the Box Means**</w:t>
      </w:r>
    </w:p>
    <w:p>
      <w:pPr>
        <w:pStyle w:val="ListBullet"/>
      </w:pPr>
      <w:r>
        <w:t>Timeline (when background check happens)</w:t>
      </w:r>
    </w:p>
    <w:p>
      <w:pPr>
        <w:pStyle w:val="ListBullet"/>
      </w:pPr>
      <w:r>
        <w:t>What you must disclose</w:t>
      </w:r>
    </w:p>
    <w:p>
      <w:pPr>
        <w:pStyle w:val="ListBullet"/>
      </w:pPr>
      <w:r>
        <w:t>What you can wait to disclose</w:t>
      </w:r>
    </w:p>
    <w:p>
      <w:pPr>
        <w:pStyle w:val="ListBullet"/>
      </w:pPr>
      <w:r>
        <w:t>By state/city (chart)</w:t>
      </w:r>
    </w:p>
    <w:p>
      <w:r>
        <w:t>**When You Must Disclose**</w:t>
      </w:r>
    </w:p>
    <w:p>
      <w:pPr>
        <w:pStyle w:val="ListBullet"/>
      </w:pPr>
      <w:r>
        <w:t>Direct question during interview</w:t>
      </w:r>
    </w:p>
    <w:p>
      <w:pPr>
        <w:pStyle w:val="ListBullet"/>
      </w:pPr>
      <w:r>
        <w:t>Application form</w:t>
      </w:r>
    </w:p>
    <w:p>
      <w:pPr>
        <w:pStyle w:val="ListBullet"/>
      </w:pPr>
      <w:r>
        <w:t>Background check stage</w:t>
      </w:r>
    </w:p>
    <w:p>
      <w:pPr>
        <w:pStyle w:val="ListBullet"/>
      </w:pPr>
      <w:r>
        <w:t>Worksheet: My disclosure timeline</w:t>
      </w:r>
    </w:p>
    <w:p>
      <w:r>
        <w:t>**Section 3: Resume &amp; Application Strategy**</w:t>
      </w:r>
    </w:p>
    <w:p>
      <w:r>
        <w:t>**Resume Writing**</w:t>
      </w:r>
    </w:p>
    <w:p>
      <w:pPr>
        <w:pStyle w:val="ListBullet"/>
      </w:pPr>
      <w:r>
        <w:t>Functional format (skills-focused vs. chronological)</w:t>
      </w:r>
    </w:p>
    <w:p>
      <w:pPr>
        <w:pStyle w:val="ListBullet"/>
      </w:pPr>
      <w:r>
        <w:t>Employment gaps (what to do)</w:t>
      </w:r>
    </w:p>
    <w:p>
      <w:pPr>
        <w:pStyle w:val="ListBullet"/>
      </w:pPr>
      <w:r>
        <w:t>What to include/exclude</w:t>
      </w:r>
    </w:p>
    <w:p>
      <w:pPr>
        <w:pStyle w:val="ListBullet"/>
      </w:pPr>
      <w:r>
        <w:t>Educational credentials</w:t>
      </w:r>
    </w:p>
    <w:p>
      <w:pPr>
        <w:pStyle w:val="ListBullet"/>
      </w:pPr>
      <w:r>
        <w:t>Certifications (from programs, apprenticeships)</w:t>
      </w:r>
    </w:p>
    <w:p>
      <w:pPr>
        <w:pStyle w:val="ListBullet"/>
      </w:pPr>
      <w:r>
        <w:t>Volunteer experience</w:t>
      </w:r>
    </w:p>
    <w:p>
      <w:pPr>
        <w:pStyle w:val="ListBullet"/>
      </w:pPr>
      <w:r>
        <w:t>Community leadership</w:t>
      </w:r>
    </w:p>
    <w:p>
      <w:r>
        <w:t>**Application Strategy**</w:t>
      </w:r>
    </w:p>
    <w:p>
      <w:pPr>
        <w:pStyle w:val="ListBullet"/>
      </w:pPr>
      <w:r>
        <w:t>Online portals (explaining employment gap)</w:t>
      </w:r>
    </w:p>
    <w:p>
      <w:pPr>
        <w:pStyle w:val="ListBullet"/>
      </w:pPr>
      <w:r>
        <w:t>Custom cover letters (telling your story)</w:t>
      </w:r>
    </w:p>
    <w:p>
      <w:pPr>
        <w:pStyle w:val="ListBullet"/>
      </w:pPr>
      <w:r>
        <w:t>Targeting companies/industries that hire people with records</w:t>
      </w:r>
    </w:p>
    <w:p>
      <w:pPr>
        <w:pStyle w:val="ListBullet"/>
      </w:pPr>
      <w:r>
        <w:t>Networking + personal introductions</w:t>
      </w:r>
    </w:p>
    <w:p>
      <w:pPr>
        <w:pStyle w:val="ListBullet"/>
      </w:pPr>
      <w:r>
        <w:t>Worksheet: Application tracker</w:t>
      </w:r>
    </w:p>
    <w:p>
      <w:r>
        <w:t>**Section 4: The Interview**</w:t>
      </w:r>
    </w:p>
    <w:p>
      <w:r>
        <w:t>**Before the Interview**</w:t>
      </w:r>
    </w:p>
    <w:p>
      <w:pPr>
        <w:pStyle w:val="ListBullet"/>
      </w:pPr>
      <w:r>
        <w:t>Research the company</w:t>
      </w:r>
    </w:p>
    <w:p>
      <w:pPr>
        <w:pStyle w:val="ListBullet"/>
      </w:pPr>
      <w:r>
        <w:t>Prepare your story (concise, factual, growth-focused)</w:t>
      </w:r>
    </w:p>
    <w:p>
      <w:pPr>
        <w:pStyle w:val="ListBullet"/>
      </w:pPr>
      <w:r>
        <w:t>Practice common questions</w:t>
      </w:r>
    </w:p>
    <w:p>
      <w:pPr>
        <w:pStyle w:val="ListBullet"/>
      </w:pPr>
      <w:r>
        <w:t>Dress code + professional presentation</w:t>
      </w:r>
    </w:p>
    <w:p>
      <w:pPr>
        <w:pStyle w:val="ListBullet"/>
      </w:pPr>
      <w:r>
        <w:t>Get there early + attitude matters</w:t>
      </w:r>
    </w:p>
    <w:p>
      <w:r>
        <w:t>**During the Interview: The Record Question**</w:t>
      </w:r>
    </w:p>
    <w:p>
      <w:pPr>
        <w:pStyle w:val="ListBullet"/>
      </w:pPr>
      <w:r>
        <w:t>They might not ask (don't volunteer)</w:t>
      </w:r>
    </w:p>
    <w:p>
      <w:pPr>
        <w:pStyle w:val="ListBullet"/>
      </w:pPr>
      <w:r>
        <w:t>If they ask: "Have you ever been convicted?"</w:t>
      </w:r>
    </w:p>
    <w:p>
      <w:pPr>
        <w:pStyle w:val="ListBullet2"/>
      </w:pPr>
      <w:r>
        <w:t>Your prepared statement (practice it)</w:t>
      </w:r>
    </w:p>
    <w:p>
      <w:pPr>
        <w:pStyle w:val="ListBullet2"/>
      </w:pPr>
      <w:r>
        <w:t>Show growth + changed behavior</w:t>
      </w:r>
    </w:p>
    <w:p>
      <w:pPr>
        <w:pStyle w:val="ListBullet2"/>
      </w:pPr>
      <w:r>
        <w:t>Redirect to your skills + value</w:t>
      </w:r>
    </w:p>
    <w:p>
      <w:pPr>
        <w:pStyle w:val="ListBullet2"/>
      </w:pPr>
      <w:r>
        <w:t>Template answer: "Yes, I was convicted of [X] in [year]. I've learned [lessons] and I'm committed to [goals]. Here's how that's relevant to this job: [skills/experience]."</w:t>
      </w:r>
    </w:p>
    <w:p>
      <w:r>
        <w:t>**Common Interview Questions + Record-Aware Answers**</w:t>
      </w:r>
    </w:p>
    <w:p>
      <w:pPr>
        <w:pStyle w:val="ListBullet"/>
      </w:pPr>
      <w:r>
        <w:t>"Tell me about yourself"</w:t>
      </w:r>
    </w:p>
    <w:p>
      <w:pPr>
        <w:pStyle w:val="ListBullet"/>
      </w:pPr>
      <w:r>
        <w:t>"What's your weakness?"</w:t>
      </w:r>
    </w:p>
    <w:p>
      <w:pPr>
        <w:pStyle w:val="ListBullet"/>
      </w:pPr>
      <w:r>
        <w:t>"Why do you want this job?"</w:t>
      </w:r>
    </w:p>
    <w:p>
      <w:pPr>
        <w:pStyle w:val="ListBullet"/>
      </w:pPr>
      <w:r>
        <w:t>"Why should we hire you?"</w:t>
      </w:r>
    </w:p>
    <w:p>
      <w:pPr>
        <w:pStyle w:val="ListBullet"/>
      </w:pPr>
      <w:r>
        <w:t>Worksheets: Your answers to each</w:t>
      </w:r>
    </w:p>
    <w:p>
      <w:r>
        <w:t>**Section 5: Specific Industries &amp; Hiring**</w:t>
      </w:r>
    </w:p>
    <w:p>
      <w:r>
        <w:t>**Industries That Hire People With Records**</w:t>
      </w:r>
    </w:p>
    <w:p>
      <w:pPr>
        <w:pStyle w:val="ListBullet"/>
      </w:pPr>
      <w:r>
        <w:t>Trades (electrician, plumbing, HVAC)</w:t>
      </w:r>
    </w:p>
    <w:p>
      <w:pPr>
        <w:pStyle w:val="ListBullet"/>
      </w:pPr>
      <w:r>
        <w:t>Food service</w:t>
      </w:r>
    </w:p>
    <w:p>
      <w:pPr>
        <w:pStyle w:val="ListBullet"/>
      </w:pPr>
      <w:r>
        <w:t>Retail</w:t>
      </w:r>
    </w:p>
    <w:p>
      <w:pPr>
        <w:pStyle w:val="ListBullet"/>
      </w:pPr>
      <w:r>
        <w:t>Manufacturing</w:t>
      </w:r>
    </w:p>
    <w:p>
      <w:pPr>
        <w:pStyle w:val="ListBullet"/>
      </w:pPr>
      <w:r>
        <w:t>Transportation</w:t>
      </w:r>
    </w:p>
    <w:p>
      <w:pPr>
        <w:pStyle w:val="ListBullet"/>
      </w:pPr>
      <w:r>
        <w:t>Cleaning/maintenance</w:t>
      </w:r>
    </w:p>
    <w:p>
      <w:pPr>
        <w:pStyle w:val="ListBullet"/>
      </w:pPr>
      <w:r>
        <w:t>Construction</w:t>
      </w:r>
    </w:p>
    <w:p>
      <w:pPr>
        <w:pStyle w:val="ListBullet"/>
      </w:pPr>
      <w:r>
        <w:t>Security (sometimes)</w:t>
      </w:r>
    </w:p>
    <w:p>
      <w:pPr>
        <w:pStyle w:val="ListBullet"/>
      </w:pPr>
      <w:r>
        <w:t>For each: Entry points, certifications, pay ranges, growth potential</w:t>
      </w:r>
    </w:p>
    <w:p>
      <w:r>
        <w:t>**Industries That Don't**</w:t>
      </w:r>
    </w:p>
    <w:p>
      <w:pPr>
        <w:pStyle w:val="ListBullet"/>
      </w:pPr>
      <w:r>
        <w:t>Finance</w:t>
      </w:r>
    </w:p>
    <w:p>
      <w:pPr>
        <w:pStyle w:val="ListBullet"/>
      </w:pPr>
      <w:r>
        <w:t>Healthcare (license-dependent)</w:t>
      </w:r>
    </w:p>
    <w:p>
      <w:pPr>
        <w:pStyle w:val="ListBullet"/>
      </w:pPr>
      <w:r>
        <w:t>Education</w:t>
      </w:r>
    </w:p>
    <w:p>
      <w:pPr>
        <w:pStyle w:val="ListBullet"/>
      </w:pPr>
      <w:r>
        <w:t>Government (most positions)</w:t>
      </w:r>
    </w:p>
    <w:p>
      <w:pPr>
        <w:pStyle w:val="ListBullet"/>
      </w:pPr>
      <w:r>
        <w:t>Private security</w:t>
      </w:r>
    </w:p>
    <w:p>
      <w:pPr>
        <w:pStyle w:val="ListBullet"/>
      </w:pPr>
      <w:r>
        <w:t>Real estate</w:t>
      </w:r>
    </w:p>
    <w:p>
      <w:pPr>
        <w:pStyle w:val="ListBullet"/>
      </w:pPr>
      <w:r>
        <w:t>For each: Why + alternatives</w:t>
      </w:r>
    </w:p>
    <w:p>
      <w:r>
        <w:t>**Gig Work &amp; Self-Employment**</w:t>
      </w:r>
    </w:p>
    <w:p>
      <w:pPr>
        <w:pStyle w:val="ListBullet"/>
      </w:pPr>
      <w:r>
        <w:t>Uber/Lyft (driving record matters)</w:t>
      </w:r>
    </w:p>
    <w:p>
      <w:pPr>
        <w:pStyle w:val="ListBullet"/>
      </w:pPr>
      <w:r>
        <w:t>TaskRabbit, Fiverr, Etsy</w:t>
      </w:r>
    </w:p>
    <w:p>
      <w:pPr>
        <w:pStyle w:val="ListBullet"/>
      </w:pPr>
      <w:r>
        <w:t>Day labor</w:t>
      </w:r>
    </w:p>
    <w:p>
      <w:pPr>
        <w:pStyle w:val="ListBullet"/>
      </w:pPr>
      <w:r>
        <w:t>Contract work</w:t>
      </w:r>
    </w:p>
    <w:p>
      <w:pPr>
        <w:pStyle w:val="ListBullet"/>
      </w:pPr>
      <w:r>
        <w:t>Starting your own business</w:t>
      </w:r>
    </w:p>
    <w:p>
      <w:r>
        <w:t>**Section 6: On the Job**</w:t>
      </w:r>
    </w:p>
    <w:p>
      <w:r>
        <w:t>**Your First Week**</w:t>
      </w:r>
    </w:p>
    <w:p>
      <w:pPr>
        <w:pStyle w:val="ListBullet"/>
      </w:pPr>
      <w:r>
        <w:t>Professionalism expectations</w:t>
      </w:r>
    </w:p>
    <w:p>
      <w:pPr>
        <w:pStyle w:val="ListBullet"/>
      </w:pPr>
      <w:r>
        <w:t>When to disclose (ongoing): Depends on role</w:t>
      </w:r>
    </w:p>
    <w:p>
      <w:pPr>
        <w:pStyle w:val="ListBullet"/>
      </w:pPr>
      <w:r>
        <w:t>Building relationships</w:t>
      </w:r>
    </w:p>
    <w:p>
      <w:pPr>
        <w:pStyle w:val="ListBullet"/>
      </w:pPr>
      <w:r>
        <w:t>Staying compliant (if on probation)</w:t>
      </w:r>
    </w:p>
    <w:p>
      <w:pPr>
        <w:pStyle w:val="ListBullet"/>
      </w:pPr>
      <w:r>
        <w:t>Managing stress/triggers</w:t>
      </w:r>
    </w:p>
    <w:p>
      <w:r>
        <w:t>**Long-Term Strategies**</w:t>
      </w:r>
    </w:p>
    <w:p>
      <w:pPr>
        <w:pStyle w:val="ListBullet"/>
      </w:pPr>
      <w:r>
        <w:t>Performance reviews + getting raises</w:t>
      </w:r>
    </w:p>
    <w:p>
      <w:pPr>
        <w:pStyle w:val="ListBullet"/>
      </w:pPr>
      <w:r>
        <w:t>Advancing to supervisor/leadership</w:t>
      </w:r>
    </w:p>
    <w:p>
      <w:pPr>
        <w:pStyle w:val="ListBullet"/>
      </w:pPr>
      <w:r>
        <w:t>Staying employed (3+ years = major milestone)</w:t>
      </w:r>
    </w:p>
    <w:p>
      <w:pPr>
        <w:pStyle w:val="ListBullet"/>
      </w:pPr>
      <w:r>
        <w:t>Using work as stability for other life goals</w:t>
      </w:r>
    </w:p>
    <w:p>
      <w:r>
        <w:t>**Section 7: Job Search Action Plan**</w:t>
      </w:r>
    </w:p>
    <w:p>
      <w:r>
        <w:t>**Worksheet: 90-Day Job Search Plan**</w:t>
      </w:r>
    </w:p>
    <w:p>
      <w:pPr>
        <w:pStyle w:val="ListBullet"/>
      </w:pPr>
      <w:r>
        <w:t>Week 1-2: Assessment + resume</w:t>
      </w:r>
    </w:p>
    <w:p>
      <w:pPr>
        <w:pStyle w:val="ListBullet"/>
      </w:pPr>
      <w:r>
        <w:t>Week 3-4: Applications + outreach</w:t>
      </w:r>
    </w:p>
    <w:p>
      <w:pPr>
        <w:pStyle w:val="ListBullet"/>
      </w:pPr>
      <w:r>
        <w:t>Week 5-8: Interviews + follow-ups</w:t>
      </w:r>
    </w:p>
    <w:p>
      <w:pPr>
        <w:pStyle w:val="ListBullet"/>
      </w:pPr>
      <w:r>
        <w:t>Week 9-12: Job secured + transition plan</w:t>
      </w:r>
    </w:p>
    <w:p>
      <w:pPr>
        <w:pStyle w:val="Heading2"/>
      </w:pPr>
      <w:r>
        <w:t>Facilitator Guide 5: Job Search &amp; Work After Record</w:t>
      </w:r>
    </w:p>
    <w:p>
      <w:r>
        <w:t>**For Workforce Development, Reentry Programs, Community Organizations, Career Counselors**</w:t>
      </w:r>
    </w:p>
    <w:p>
      <w:r>
        <w:t>**Introduction**</w:t>
      </w:r>
    </w:p>
    <w:p>
      <w:pPr>
        <w:pStyle w:val="ListBullet"/>
      </w:pPr>
      <w:r>
        <w:t>Audience: Unemployed people with criminal records seeking first/next job</w:t>
      </w:r>
    </w:p>
    <w:p>
      <w:pPr>
        <w:pStyle w:val="ListBullet"/>
      </w:pPr>
      <w:r>
        <w:t>Format: 8 hours (can be 2-day or 4 × 2-hour sessions)</w:t>
      </w:r>
    </w:p>
    <w:p>
      <w:pPr>
        <w:pStyle w:val="ListBullet"/>
      </w:pPr>
      <w:r>
        <w:t>Key: Practical + confidence-building</w:t>
      </w:r>
    </w:p>
    <w:p>
      <w:r>
        <w:t>**Session Plans**</w:t>
      </w:r>
    </w:p>
    <w:p>
      <w:r>
        <w:t>**Session 1: Self-Assessment (120 minutes)**</w:t>
      </w:r>
    </w:p>
    <w:p>
      <w:pPr>
        <w:pStyle w:val="ListBullet"/>
      </w:pPr>
      <w:r>
        <w:t>Opening: "Your experience is an asset"</w:t>
      </w:r>
    </w:p>
    <w:p>
      <w:pPr>
        <w:pStyle w:val="ListBullet"/>
      </w:pPr>
      <w:r>
        <w:t>Teaching: Work history assessment (workbook Section 1)</w:t>
      </w:r>
    </w:p>
    <w:p>
      <w:pPr>
        <w:pStyle w:val="ListBullet"/>
      </w:pPr>
      <w:r>
        <w:t>Activity: Participants complete worksheets (history, skills, record impact)</w:t>
      </w:r>
    </w:p>
    <w:p>
      <w:pPr>
        <w:pStyle w:val="ListBullet"/>
      </w:pPr>
      <w:r>
        <w:t>Q&amp;A: Industry fit + honest barriers</w:t>
      </w:r>
    </w:p>
    <w:p>
      <w:pPr>
        <w:pStyle w:val="ListBullet"/>
      </w:pPr>
      <w:r>
        <w:t>Closing: "You have more than you think"</w:t>
      </w:r>
    </w:p>
    <w:p>
      <w:r>
        <w:t>**Session 2: Resume &amp; Applications (120 minutes)**</w:t>
      </w:r>
    </w:p>
    <w:p>
      <w:pPr>
        <w:pStyle w:val="ListBullet"/>
      </w:pPr>
      <w:r>
        <w:t>Teaching: Resume formats + employment gap strategies</w:t>
      </w:r>
    </w:p>
    <w:p>
      <w:pPr>
        <w:pStyle w:val="ListBullet"/>
      </w:pPr>
      <w:r>
        <w:t>Activity: Write functional resume or update existing</w:t>
      </w:r>
    </w:p>
    <w:p>
      <w:pPr>
        <w:pStyle w:val="ListBullet"/>
      </w:pPr>
      <w:r>
        <w:t>Guest: Recruiter or hiring manager (optional) talks about what catches their eye</w:t>
      </w:r>
    </w:p>
    <w:p>
      <w:pPr>
        <w:pStyle w:val="ListBullet"/>
      </w:pPr>
      <w:r>
        <w:t>Practice: Mock application (hard employers)</w:t>
      </w:r>
    </w:p>
    <w:p>
      <w:pPr>
        <w:pStyle w:val="ListBullet"/>
      </w:pPr>
      <w:r>
        <w:t>Q&amp;A: How to explain gaps + achievements</w:t>
      </w:r>
    </w:p>
    <w:p>
      <w:r>
        <w:t>**Session 3: Interview Prep (120 minutes)**</w:t>
      </w:r>
    </w:p>
    <w:p>
      <w:pPr>
        <w:pStyle w:val="ListBullet"/>
      </w:pPr>
      <w:r>
        <w:t>Teaching: Your story + the record question (workbook Section 4)</w:t>
      </w:r>
    </w:p>
    <w:p>
      <w:pPr>
        <w:pStyle w:val="ListBullet"/>
      </w:pPr>
      <w:r>
        <w:t>Activity: Practice answers to tough questions</w:t>
      </w:r>
    </w:p>
    <w:p>
      <w:pPr>
        <w:pStyle w:val="ListBullet"/>
      </w:pPr>
      <w:r>
        <w:t>Role-play: Mock interview (facilitator plays interviewer, asks about record)</w:t>
      </w:r>
    </w:p>
    <w:p>
      <w:pPr>
        <w:pStyle w:val="ListBullet"/>
      </w:pPr>
      <w:r>
        <w:t>Feedback: What worked, what to adjust</w:t>
      </w:r>
    </w:p>
    <w:p>
      <w:pPr>
        <w:pStyle w:val="ListBullet"/>
      </w:pPr>
      <w:r>
        <w:t>Worksheet: Your interview script (practice + memorize)</w:t>
      </w:r>
    </w:p>
    <w:p>
      <w:r>
        <w:t>**Session 4: Industry Realities (120 minutes)**</w:t>
      </w:r>
    </w:p>
    <w:p>
      <w:pPr>
        <w:pStyle w:val="ListBullet"/>
      </w:pPr>
      <w:r>
        <w:t>Teaching: Which industries hire, which don't (workbook Section 5)</w:t>
      </w:r>
    </w:p>
    <w:p>
      <w:pPr>
        <w:pStyle w:val="ListBullet"/>
      </w:pPr>
      <w:r>
        <w:t>Activity: Research + identify target companies</w:t>
      </w:r>
    </w:p>
    <w:p>
      <w:pPr>
        <w:pStyle w:val="ListBullet"/>
      </w:pPr>
      <w:r>
        <w:t>Brainstorm: Networking connections (who do you know?)</w:t>
      </w:r>
    </w:p>
    <w:p>
      <w:pPr>
        <w:pStyle w:val="ListBullet"/>
      </w:pPr>
      <w:r>
        <w:t>Action: Build job search tracker (applications, follow-ups)</w:t>
      </w:r>
    </w:p>
    <w:p>
      <w:pPr>
        <w:pStyle w:val="ListBullet"/>
      </w:pPr>
      <w:r>
        <w:t>Closing: Accountability + next steps</w:t>
      </w:r>
    </w:p>
    <w:p>
      <w:r>
        <w:t>**Session Addendum (Optional)**</w:t>
      </w:r>
    </w:p>
    <w:p>
      <w:pPr>
        <w:pStyle w:val="ListBullet"/>
      </w:pPr>
      <w:r>
        <w:t>On-the-job success tips (workbook Section 6)</w:t>
      </w:r>
    </w:p>
    <w:p>
      <w:pPr>
        <w:pStyle w:val="ListBullet"/>
      </w:pPr>
      <w:r>
        <w:t>90-day action plan (workbook Section 7)</w:t>
      </w:r>
    </w:p>
    <w:p>
      <w:pPr>
        <w:pStyle w:val="ListBullet"/>
      </w:pPr>
      <w:r>
        <w:t>Long-term career planning</w:t>
      </w:r>
    </w:p>
    <w:p>
      <w:r>
        <w:t>**Facilitator Materials**</w:t>
      </w:r>
    </w:p>
    <w:p>
      <w:pPr>
        <w:pStyle w:val="ListBullet"/>
      </w:pPr>
      <w:r>
        <w:t>Sample functional resumes</w:t>
      </w:r>
    </w:p>
    <w:p>
      <w:pPr>
        <w:pStyle w:val="ListBullet"/>
      </w:pPr>
      <w:r>
        <w:t>Ban the box state/city chart</w:t>
      </w:r>
    </w:p>
    <w:p>
      <w:pPr>
        <w:pStyle w:val="ListBullet"/>
      </w:pPr>
      <w:r>
        <w:t>Industries that hire (by region) + contact info</w:t>
      </w:r>
    </w:p>
    <w:p>
      <w:pPr>
        <w:pStyle w:val="ListBullet"/>
      </w:pPr>
      <w:r>
        <w:t>Job search websites (Indeed, LinkedIn, Glassdoor)</w:t>
      </w:r>
    </w:p>
    <w:p>
      <w:pPr>
        <w:pStyle w:val="ListBullet"/>
      </w:pPr>
      <w:r>
        <w:t>Practice interview questions + model answers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